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שאלה אחת, חצי שנה, ומה שלמדתי בדרך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כתבה · כיתה ט׳ · עתיד ובחירות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נוסח מותאם: טקסט קצר בחמש פסקאות, אותיות גדולות, מחסן מילים, שאלות קצרות ושאלות בחירה עם שלוש אפשרויות. אפשר להקריא את הטקסט בקול ולאפשר מענה בעל פה.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א׳ – מוצאים בטקסט (השלמה ממחסן המילים)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מה רצה עמית לחקור בהתחלה? · </w:t>
      </w:r>
      <w:r>
        <w:rPr>
          <w:rFonts w:ascii="Arial" w:hAnsi="Arial" w:cs="Arial"/>
          <w:b w:val="0"/>
          <w:sz w:val="22"/>
          <w:rtl w:val="1"/>
          <w:szCs w:val="22"/>
        </w:rPr>
        <w:t>חלל.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מה צריכה להיות שאלת חקר? · </w:t>
      </w:r>
      <w:r>
        <w:rPr>
          <w:rFonts w:ascii="Arial" w:hAnsi="Arial" w:cs="Arial"/>
          <w:b w:val="0"/>
          <w:sz w:val="22"/>
          <w:rtl w:val="1"/>
          <w:szCs w:val="22"/>
        </w:rPr>
        <w:t>ממוקדת.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מה גילתה נוי? · </w:t>
      </w:r>
      <w:r>
        <w:rPr>
          <w:rFonts w:ascii="Arial" w:hAnsi="Arial" w:cs="Arial"/>
          <w:b w:val="0"/>
          <w:sz w:val="22"/>
          <w:rtl w:val="1"/>
          <w:szCs w:val="22"/>
        </w:rPr>
        <w:t>שהמתכונים נשארו.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ב׳ – מבינים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מה אמרה המנחה על ״חלל״ כנושא? · </w:t>
      </w:r>
      <w:r>
        <w:rPr>
          <w:rFonts w:ascii="Arial" w:hAnsi="Arial" w:cs="Arial"/>
          <w:b w:val="0"/>
          <w:sz w:val="22"/>
          <w:rtl w:val="1"/>
          <w:szCs w:val="22"/>
        </w:rPr>
        <w:t>ג. שזו לא שאלת חקר, זו ספרייה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מה חקר עמית בסוף? · </w:t>
      </w:r>
      <w:r>
        <w:rPr>
          <w:rFonts w:ascii="Arial" w:hAnsi="Arial" w:cs="Arial"/>
          <w:b w:val="0"/>
          <w:sz w:val="22"/>
          <w:rtl w:val="1"/>
          <w:szCs w:val="22"/>
        </w:rPr>
        <w:t>ג. השפעת תאורת הרחוב על מספר הכוכבים הנראים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מה עשה אלמוג כשהשאלון לא הצליח? · </w:t>
      </w:r>
      <w:r>
        <w:rPr>
          <w:rFonts w:ascii="Arial" w:hAnsi="Arial" w:cs="Arial"/>
          <w:b w:val="0"/>
          <w:sz w:val="22"/>
          <w:rtl w:val="1"/>
          <w:szCs w:val="22"/>
        </w:rPr>
        <w:t>שינה שיטה.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מה מציל עבודות? · </w:t>
      </w:r>
      <w:r>
        <w:rPr>
          <w:rFonts w:ascii="Arial" w:hAnsi="Arial" w:cs="Arial"/>
          <w:b w:val="0"/>
          <w:sz w:val="22"/>
          <w:rtl w:val="1"/>
          <w:szCs w:val="22"/>
        </w:rPr>
        <w:t>יומן חקר.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ג׳ – מה דעתי?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משפט עמדה · </w:t>
      </w:r>
      <w:r>
        <w:rPr>
          <w:rFonts w:ascii="Arial" w:hAnsi="Arial" w:cs="Arial"/>
          <w:b w:val="0"/>
          <w:sz w:val="22"/>
          <w:rtl w:val="1"/>
          <w:szCs w:val="22"/>
        </w:rPr>
        <w:t>מקבלים כל עמדה שיש בה ״לדעתי… כי…״ ודוגמה אחת מן הטקסט. אפשר לכתוב, לסמן או לומר בעל פה.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עבודה – 🔬 שאלה אחת, חצי שנה, ומה שלמדתי בדרך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כתבה · כיתה ט׳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כתבה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🔬 שאלה אחת, חצי שנה, ומה שלמדתי בדרך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עמית רצה לחקור ״חלל״. המנחה אמרה: זו לא שאלה, זו ספרייה. שאלת חקר צריכה להיות ממוקדת.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עמית שאל: האם האורות בשכונה משפיעים על מספר הכוכבים שרואים? הוא ספר כוכבים חודשיים.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נוי חקרה מנהגים במשפחה בשלושה דורות. היא גילתה שהמתכונים נשארו.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לאלמוג רק תשעה תלמידים החזירו שאלון. הוא שינה שיטה, וכתב מה למד מהכישלון.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השלבים: שאלה ממוקדת, קריאה, שיטה, איסוף נתונים, ניתוח ומסקנות. וחשוב: יומן חקר ואמת.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חקר – בדיקה מסודרת כדי למצוא תשובה לשאלה · ממוקדת – שמתמקדת בדבר אחד ברור · לחדד – לעשות חד וברור יותר · ארכיון – מקום שבו שומרים מסמכים וזיכרונות מהעבר · ממצאים – מה שמגלים במחקר · נתונים – מידע שנאסף, לרוב מספרים · כנות – אמת, יושר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7"/>
                <w:rtl w:val="1"/>
                <w:szCs w:val="27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חלל     ממוקדת     מתכונים     שיטה     יומן     כוכבים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א׳: מוצאים בטקסט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מה רצה עמית לחקור בהתחלה?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מה צריכה להיות שאלת חקר?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3. </w:t>
      </w:r>
      <w:r>
        <w:rPr>
          <w:rFonts w:ascii="Arial" w:hAnsi="Arial" w:cs="Arial"/>
          <w:b/>
          <w:sz w:val="27"/>
          <w:rtl w:val="1"/>
          <w:szCs w:val="27"/>
          <w:bCs/>
        </w:rPr>
        <w:t>מה גילתה נוי?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ב׳: מבינים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4. </w:t>
      </w:r>
      <w:r>
        <w:rPr>
          <w:rFonts w:ascii="Arial" w:hAnsi="Arial" w:cs="Arial"/>
          <w:b/>
          <w:sz w:val="27"/>
          <w:rtl w:val="1"/>
          <w:szCs w:val="27"/>
          <w:bCs/>
        </w:rPr>
        <w:t>מה אמרה המנחה על ״חלל״ כנושא?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שזה מצוין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שזה קל מדי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שזו לא שאלת חקר, זו ספרייה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5. </w:t>
      </w:r>
      <w:r>
        <w:rPr>
          <w:rFonts w:ascii="Arial" w:hAnsi="Arial" w:cs="Arial"/>
          <w:b/>
          <w:sz w:val="27"/>
          <w:rtl w:val="1"/>
          <w:szCs w:val="27"/>
          <w:bCs/>
        </w:rPr>
        <w:t>מה חקר עמית בסוף?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כוכבי לכת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טלסקופים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השפעת תאורת הרחוב על מספר הכוכבים הנראים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6. </w:t>
      </w:r>
      <w:r>
        <w:rPr>
          <w:rFonts w:ascii="Arial" w:hAnsi="Arial" w:cs="Arial"/>
          <w:b/>
          <w:sz w:val="27"/>
          <w:rtl w:val="1"/>
          <w:szCs w:val="27"/>
          <w:bCs/>
        </w:rPr>
        <w:t>מה עשה אלמוג כשהשאלון לא הצליח?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7. </w:t>
      </w:r>
      <w:r>
        <w:rPr>
          <w:rFonts w:ascii="Arial" w:hAnsi="Arial" w:cs="Arial"/>
          <w:b/>
          <w:sz w:val="27"/>
          <w:rtl w:val="1"/>
          <w:szCs w:val="27"/>
          <w:bCs/>
        </w:rPr>
        <w:t>מה מציל עבודות?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ג׳: מה דעתי?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8. </w:t>
      </w:r>
      <w:r>
        <w:rPr>
          <w:rFonts w:ascii="Arial" w:hAnsi="Arial" w:cs="Arial"/>
          <w:b/>
          <w:sz w:val="27"/>
          <w:rtl w:val="1"/>
          <w:szCs w:val="27"/>
          <w:bCs/>
        </w:rPr>
        <w:t>מה דעתכם על הנושא של הטקסט ״שאלה אחת, חצי שנה, ומה שלמדתי בדרך״?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לדעתי 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כי 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דוגמה מהטקסט: 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שאלה אחת, חצי שנה, ומה שלמדתי בדרך · חנ״מ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7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שאלה אחת, חצי שנה, ומה שלמדתי בדרך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