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אחי, זה מטורף: למה כל דור ממציא שפה משלו?</w:t>
      </w:r>
    </w:p>
    <w:p>
      <w:pPr>
        <w:bidi w:val="1"/>
        <w:spacing w:after="40" w:before="0"/>
      </w:pPr>
      <w:r>
        <w:rPr>
          <w:rFonts w:ascii="Arial" w:hAnsi="Arial" w:cs="Arial"/>
          <w:b w:val="0"/>
          <w:color w:val="5D5675"/>
          <w:sz w:val="18"/>
          <w:rtl w:val="1"/>
          <w:szCs w:val="18"/>
        </w:rPr>
        <w:t>טקסט מידעי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קבוצות משתמשות בסלנג לפי פסקה א׳? ציינו שלוש. · </w:t>
      </w:r>
      <w:r>
        <w:rPr>
          <w:rFonts w:ascii="Arial" w:hAnsi="Arial" w:cs="Arial"/>
          <w:b w:val="0"/>
          <w:sz w:val="17"/>
          <w:rtl w:val="1"/>
          <w:szCs w:val="17"/>
        </w:rPr>
        <w:t>שלוש מאלה: בני נוער, חיילים, אנשי מקצוע, חובבי ספורט.</w:t>
      </w:r>
    </w:p>
    <w:p>
      <w:pPr>
        <w:bidi w:val="1"/>
        <w:spacing w:after="40" w:before="0"/>
      </w:pPr>
      <w:r>
        <w:rPr>
          <w:rFonts w:ascii="Arial" w:hAnsi="Arial" w:cs="Arial"/>
          <w:b/>
          <w:color w:val="C2417A"/>
          <w:sz w:val="17"/>
          <w:rtl w:val="1"/>
          <w:szCs w:val="17"/>
          <w:bCs/>
        </w:rPr>
        <w:t xml:space="preserve">2. ציינו שלוש דרכים שבהן נולדת מילה חדשה (פסקה ג׳). · </w:t>
      </w:r>
      <w:r>
        <w:rPr>
          <w:rFonts w:ascii="Arial" w:hAnsi="Arial" w:cs="Arial"/>
          <w:b w:val="0"/>
          <w:sz w:val="17"/>
          <w:rtl w:val="1"/>
          <w:szCs w:val="17"/>
        </w:rPr>
        <w:t>קיצור, משמעות חדשה למילה קיימת, שאילה משפה אחרת, בדיחה פנימית של חבורה.</w:t>
      </w:r>
    </w:p>
    <w:p>
      <w:pPr>
        <w:bidi w:val="1"/>
        <w:spacing w:after="40" w:before="0"/>
      </w:pPr>
      <w:r>
        <w:rPr>
          <w:rFonts w:ascii="Arial" w:hAnsi="Arial" w:cs="Arial"/>
          <w:b/>
          <w:color w:val="C2417A"/>
          <w:sz w:val="17"/>
          <w:rtl w:val="1"/>
          <w:szCs w:val="17"/>
          <w:bCs/>
        </w:rPr>
        <w:t xml:space="preserve">3. מה עשו תלמידי ט׳ בפרויקט ״מילון הדור״ (פסקה ז׳)? · </w:t>
      </w:r>
      <w:r>
        <w:rPr>
          <w:rFonts w:ascii="Arial" w:hAnsi="Arial" w:cs="Arial"/>
          <w:b w:val="0"/>
          <w:sz w:val="17"/>
          <w:rtl w:val="1"/>
          <w:szCs w:val="17"/>
        </w:rPr>
        <w:t>כל תלמיד בחר מילת סלנג, כתב פירוש, מקור ומשפט לדוגמה; ראיינו הורים וסבים על מילים מנעוריהם.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לפי הטקסט, מילת סלנג מאבדת מקסמה כשההורים מתחילים להשתמש בה? מה זה מלמד על תפקיד הסלנג? · </w:t>
      </w:r>
      <w:r>
        <w:rPr>
          <w:rFonts w:ascii="Arial" w:hAnsi="Arial" w:cs="Arial"/>
          <w:b w:val="0"/>
          <w:sz w:val="17"/>
          <w:rtl w:val="1"/>
          <w:szCs w:val="17"/>
        </w:rPr>
        <w:t>כי הסלנג נועד לסמן קבוצה נפרדת מן המבוגרים; כשהמבוגרים משתמשים בו הוא כבר לא מבדיל, ולכן צריך מילה חדשה. תפקידו – זהות ושייכות.</w:t>
      </w:r>
    </w:p>
    <w:p>
      <w:pPr>
        <w:bidi w:val="1"/>
        <w:spacing w:after="40" w:before="0"/>
      </w:pPr>
      <w:r>
        <w:rPr>
          <w:rFonts w:ascii="Arial" w:hAnsi="Arial" w:cs="Arial"/>
          <w:b/>
          <w:color w:val="C2417A"/>
          <w:sz w:val="17"/>
          <w:rtl w:val="1"/>
          <w:szCs w:val="17"/>
          <w:bCs/>
        </w:rPr>
        <w:t xml:space="preserve">5. (השוואה) השוו בין עמדת המבוגרים ש״הסלנג מקלקל את השפה״ לבין עמדת הבלשנים (פסקה ד׳). · </w:t>
      </w:r>
      <w:r>
        <w:rPr>
          <w:rFonts w:ascii="Arial" w:hAnsi="Arial" w:cs="Arial"/>
          <w:b w:val="0"/>
          <w:sz w:val="17"/>
          <w:rtl w:val="1"/>
          <w:szCs w:val="17"/>
        </w:rPr>
        <w:t>מבוגרים – חוששים שהסלנג פוגע בשפה. בלשנים – שפה חיה משתנה תמיד, הסלנג הוא ״מעבדה״, רוב המילים נעלמות ומעטות מעשירות את השפה (כמו המילים שחודשו כשהעברית חזרה לדיבור).</w:t>
      </w:r>
    </w:p>
    <w:p>
      <w:pPr>
        <w:bidi w:val="1"/>
        <w:spacing w:after="40" w:before="0"/>
      </w:pPr>
      <w:r>
        <w:rPr>
          <w:rFonts w:ascii="Arial" w:hAnsi="Arial" w:cs="Arial"/>
          <w:b/>
          <w:color w:val="C2417A"/>
          <w:sz w:val="17"/>
          <w:rtl w:val="1"/>
          <w:szCs w:val="17"/>
          <w:bCs/>
        </w:rPr>
        <w:t xml:space="preserve">6. (מונח) הסבירו את המונח ״משלב״ (פסקה ה׳), ואת הדימוי ״לדעת להחליף בגדים״. · </w:t>
      </w:r>
      <w:r>
        <w:rPr>
          <w:rFonts w:ascii="Arial" w:hAnsi="Arial" w:cs="Arial"/>
          <w:b w:val="0"/>
          <w:sz w:val="17"/>
          <w:rtl w:val="1"/>
          <w:szCs w:val="17"/>
        </w:rPr>
        <w:t>משלב – רמת לשון (גבוהה, רגילה, דיבורית). כמו שבוחרים בגדים לפי האירוע, בוחרים לשון לפי המצב והקהל; היכולת לעבור ביניהם היא סימן לשליטה בשפה.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(המעבדה של השפה, המשלבים, סלנג פוגע, מילון הדור).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שני ערכים ל״מילון הדור״ שלכם: מילת סלנג, פירוש, מקור משוער ומשפט לדוגמה. אחר כך ״תרגמו״ את המשפט למשלב גבוה. · </w:t>
      </w:r>
      <w:r>
        <w:rPr>
          <w:rFonts w:ascii="Arial" w:hAnsi="Arial" w:cs="Arial"/>
          <w:b w:val="0"/>
          <w:sz w:val="17"/>
          <w:rtl w:val="1"/>
          <w:szCs w:val="17"/>
        </w:rPr>
        <w:t>שני ערכים מלאים, תרגום נכון למשלב גבוה, בלי מילים פוגעות.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אחי, זה מטורף: למה כל דור ממציא שפה משלו?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ההורים שלכם אמרו ״סבבה״ ו״אחלה״, הסבים אמרו ״יופי טופי״, ואתם? כנראה מילים שההורים בכלל לא מבינים. הטקסט שלפניכם מסביר למה בני נוער ממציאים סלנג כל הזמן, ומה זה מלמד על הקשר בין שפה לזהות.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אחי, זה מטורף: למה כל דור ממציא שפה משלו?</w:t>
            </w:r>
          </w:p>
          <w:p>
            <w:pPr>
              <w:bidi w:val="1"/>
            </w:pPr>
            <w:r>
              <w:rPr>
                <w:rFonts w:ascii="Arial" w:hAnsi="Arial" w:cs="Arial"/>
                <w:b/>
                <w:color w:val="2B8F86"/>
                <w:sz w:val="20"/>
                <w:rtl w:val="1"/>
                <w:szCs w:val="20"/>
                <w:bCs/>
              </w:rPr>
              <w:t>מה זה סלנג?</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או ״עגה״ בעברית, הוא שפה לא רשמית שמשמשת קבוצה מסוימת: בני נוער, חיילים, אנשי מקצוע, חובבי ספורט. הוא כולל מילים חדשות, מילים ישנות שקיבלו משמעות חדשה, וביטויים שנשאלו משפות אחרות. בעברית, למשל, המילה ״סבבה״ – מילה שמקורה בערבית – הפכה לחלק מן השפה היומיומית, ומילים רבות שבני נוער משתמשים בהן היום הגיעו מאנגלית, מערבית ומיידיש. סלנג אינו ״עברית רעה״. הוא שכבה חיה של השפה, שמשתנה מהר.</w:t>
            </w:r>
          </w:p>
          <w:p>
            <w:pPr>
              <w:bidi w:val="1"/>
            </w:pPr>
            <w:r>
              <w:rPr>
                <w:rFonts w:ascii="Arial" w:hAnsi="Arial" w:cs="Arial"/>
                <w:b/>
                <w:color w:val="2B8F86"/>
                <w:sz w:val="20"/>
                <w:rtl w:val="1"/>
                <w:szCs w:val="20"/>
                <w:bCs/>
              </w:rPr>
              <w:t>למה דווקא בני נוער?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חוקרי שפה מסבירים שבגיל ההתבגרות שאלת הזהות חשובה במיוחד: מי אני? לאיזו קבוצה אני שייך? במה אני שונה מההורים? השפה היא אחת הדרכים הקלות והמהירות ביותר לסמן שייכות. כשקבוצה משתמשת במילים משלה, היא אומרת ״אנחנו ביחד״ – וגם ״אתם לא חלק מזה״. לכן, ברגע שההורים מתחילים להשתמש במילה, היא לא פעם מאבדת מן הקסם שלה, ומפנה מקום למילה חדשה.</w:t>
            </w:r>
          </w:p>
          <w:p>
            <w:pPr>
              <w:bidi w:val="1"/>
            </w:pPr>
            <w:r>
              <w:rPr>
                <w:rFonts w:ascii="Arial" w:hAnsi="Arial" w:cs="Arial"/>
                <w:b/>
                <w:color w:val="2B8F86"/>
                <w:sz w:val="20"/>
                <w:rtl w:val="1"/>
                <w:szCs w:val="20"/>
                <w:bCs/>
              </w:rPr>
              <w:t>איך נולדת מילה?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מילים חדשות נולדות בכמה דרכים. יש מילים שמקצרים: ״בהצלחה״ הופכת ל״בהצ׳״. יש מילים שמקבלות משמעות חדשה: ״מטורף״ שפירושו ״מצוין״, ״חולה על״ שפירושו ״אוהב מאוד״. יש מילים שמגיעות משפות אחרות, דרך שירים, סרטונים ומשחקים. ויש מילים שנולדות מבדיחה פנימית של חבורה אחת, ומתפשטות לכל הכיתה ואחר כך לכל הארץ. היום, בזכות הרשתות, מילה יכולה לעבור מצפון לדרום בתוך שבוע.</w:t>
            </w:r>
          </w:p>
          <w:p>
            <w:pPr>
              <w:bidi w:val="1"/>
            </w:pPr>
            <w:r>
              <w:rPr>
                <w:rFonts w:ascii="Arial" w:hAnsi="Arial" w:cs="Arial"/>
                <w:b/>
                <w:color w:val="2B8F86"/>
                <w:sz w:val="20"/>
                <w:rtl w:val="1"/>
                <w:szCs w:val="20"/>
                <w:bCs/>
              </w:rPr>
              <w:t>האם הסלנג הורס את העברית?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 מבוגרים שחוששים שהסלנג ״מקלקל״ את השפה. אבל בלשנים רבים חושבים אחרת. לדבריהם, שפה חיה תמיד משתנה, והעברית עצמה היא דוגמה מצוינת: כשהיא חזרה להיות שפה מדוברת, היא הייתה צריכה להמציא אלפי מילים חדשות, וחלקן נשמעו מוזרות מאוד לבני הדור ההוא. ״הסלנג הוא המעבדה של השפה,״ אומרת ד״ר נעמה ברק, בלשנית שחוקרת שפת נוער. ״רוב המילים ייעלמו אחרי כמה שנים. מעטות ישרדו, ויגיעו בסוף גם למילון.״</w:t>
            </w:r>
          </w:p>
          <w:p>
            <w:pPr>
              <w:bidi w:val="1"/>
            </w:pPr>
            <w:r>
              <w:rPr>
                <w:rFonts w:ascii="Arial" w:hAnsi="Arial" w:cs="Arial"/>
                <w:b/>
                <w:color w:val="2B8F86"/>
                <w:sz w:val="20"/>
                <w:rtl w:val="1"/>
                <w:szCs w:val="20"/>
                <w:bCs/>
              </w:rPr>
              <w:t>לדעת להחליף ״בגדים״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עם זאת, בלשנים מדגישים שחשוב לדעת מתי מתאים להשתמש בסלנג. כמו שלא הולכים לחתונה בבגדי ספורט, לא כותבים מכתב למנהלת או עבודה בהיסטוריה בשפה של קבוצת החברים. היכולת לעבור בין ״משלבים״ – לשון גבוהה, לשון רגילה ולשון דיבור – היא סימן לשליטה טובה בשפה, ולא להפך. ״התלמידים הכי טובים בכתיבה,״ אומרת ד״ר ברק, ״הם לעתים קרובות גם אלה שהכי יצירתיים בסלנג. הם פשוט יודעים מה מתאים לכל מקום.״</w:t>
            </w:r>
          </w:p>
          <w:p>
            <w:pPr>
              <w:bidi w:val="1"/>
            </w:pPr>
            <w:r>
              <w:rPr>
                <w:rFonts w:ascii="Arial" w:hAnsi="Arial" w:cs="Arial"/>
                <w:b/>
                <w:color w:val="2B8F86"/>
                <w:sz w:val="20"/>
                <w:rtl w:val="1"/>
                <w:szCs w:val="20"/>
                <w:bCs/>
              </w:rPr>
              <w:t>כשסלנג פוגע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צד פחות נעים: חלק ממילות הסלנג נולדות מלעג. מילים שמזלזלות בקבוצות של אנשים, במוצא, במראה או במוגבלות, יכולות להפוך ל״מצחיקות״ בכיתה – ולפגוע מאוד במי שהן מכוונות אליו. כשמילה כזאת מתפשטת, היא מלמדת את כולם, בלי שירגישו, לזלזל. מי שיוצר שפה יכול גם לבחור לא להשתמש במילים פוגעות, ולהמציא מילים שמחברות ולא מפרידות.</w:t>
            </w:r>
          </w:p>
          <w:p>
            <w:pPr>
              <w:bidi w:val="1"/>
            </w:pPr>
            <w:r>
              <w:rPr>
                <w:rFonts w:ascii="Arial" w:hAnsi="Arial" w:cs="Arial"/>
                <w:b/>
                <w:color w:val="2B8F86"/>
                <w:sz w:val="20"/>
                <w:rtl w:val="1"/>
                <w:szCs w:val="20"/>
                <w:bCs/>
              </w:rPr>
              <w:t>מילון הדור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בבית ספר אחד החליטו תלמידי ט׳ לכתוב ״מילון הדור שלנו״: כל תלמיד בחר מילת סלנג, כתב מה פירושה, מאיפה היא הגיעה לדעתו, ומשפט לדוגמה. אחר כך ראיינו הורים וסבים על מילים מהנעורים שלהם. ״גילינו שסבתא שלי אמרה ׳אחלה׳ עוד לפני שאמא שלי נולדה,״ סיפרה אחת התלמידות. ״פתאום הבנתי שגם אנחנו חלק משרשרת.״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סלנג (עגה) – שפה לא רשמית של קבוצה מסוימת · נשאלו – נלקחו (מילים) משפה אחרת · שייכות – הרגשה של להיות חלק מקבוצה · בלשן – חוקר שפה · משלב – רמת לשון: גבוהה, רגילה או דיבורית · לעג – צחוק על מישהו כדי להקטין אותו · לזלזל – לא לכבד</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קבוצות משתמשות בסלנג לפי פסקה א׳? ציינו שלוש.</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דרכים שבהן נולדת מילה חדשה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עשו תלמידי ט׳ בפרויקט ״מילון הדור״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הטקסט, מילת סלנג מאבדת מקסמה כשההורים מתחילים להשתמש בה? מה זה מלמד על תפקיד הסלנג?</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עמדת המבוגרים ש״הסלנג מקלקל את השפה״ לבין עמדת הבלשנים (פסקה ד׳).</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״משלב״ (פסקה ה׳), ואת הדימוי ״לדעת להחליף בגדים״.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שני ערכים ל״מילון הדור״ שלכם: מילת סלנג, פירוש, מקור משוער ומשפט לדוגמה. אחר כך ״תרגמו״ את המשפט למשלב גבוה.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אחי, זה מטורף: למה כל דור ממציא שפה משלו?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אחי, זה מטורף: למה כל דור ממציא שפה משלו?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