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אחי, זה מטורף: למה כל דור ממציא שפה משלו?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זהות ותרבות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נוסח מותאם: טקסט קצר בחמש פסקאות, אותיות גדולות, מחסן מילים, שאלות קצרות ושאלות בחירה עם שלוש אפשרויות. אפשר להקריא את הטקסט בקול ולאפשר מענה בעל פה.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א׳ – מוצאים בטקסט (השלמה ממחסן המילים)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מה זה סלנג? · </w:t>
      </w:r>
      <w:r>
        <w:rPr>
          <w:rFonts w:ascii="Arial" w:hAnsi="Arial" w:cs="Arial"/>
          <w:b w:val="0"/>
          <w:sz w:val="22"/>
          <w:rtl w:val="1"/>
          <w:szCs w:val="22"/>
        </w:rPr>
        <w:t>שפה לא רשמית של קבוצה.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מאיזו שפה הגיעה ״סבבה״? · </w:t>
      </w:r>
      <w:r>
        <w:rPr>
          <w:rFonts w:ascii="Arial" w:hAnsi="Arial" w:cs="Arial"/>
          <w:b w:val="0"/>
          <w:sz w:val="22"/>
          <w:rtl w:val="1"/>
          <w:szCs w:val="22"/>
        </w:rPr>
        <w:t>מערבית.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למה בני נוער ממציאים סלנג? · </w:t>
      </w:r>
      <w:r>
        <w:rPr>
          <w:rFonts w:ascii="Arial" w:hAnsi="Arial" w:cs="Arial"/>
          <w:b w:val="0"/>
          <w:sz w:val="22"/>
          <w:rtl w:val="1"/>
          <w:szCs w:val="22"/>
        </w:rPr>
        <w:t>כדי להרגיש שייכים.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ב׳ – מבינים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מה המקור של המילה ״סבבה״ לפי הטקסט? · </w:t>
      </w:r>
      <w:r>
        <w:rPr>
          <w:rFonts w:ascii="Arial" w:hAnsi="Arial" w:cs="Arial"/>
          <w:b w:val="0"/>
          <w:sz w:val="22"/>
          <w:rtl w:val="1"/>
          <w:szCs w:val="22"/>
        </w:rPr>
        <w:t>ג. ערבית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למה בני נוער ממציאים סלנג? · </w:t>
      </w:r>
      <w:r>
        <w:rPr>
          <w:rFonts w:ascii="Arial" w:hAnsi="Arial" w:cs="Arial"/>
          <w:b w:val="0"/>
          <w:sz w:val="22"/>
          <w:rtl w:val="1"/>
          <w:szCs w:val="22"/>
        </w:rPr>
        <w:t>ג. כדי לסמן שייכות וזהות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האם הסלנג הורס את העברית לפי הבלשנים? · </w:t>
      </w:r>
      <w:r>
        <w:rPr>
          <w:rFonts w:ascii="Arial" w:hAnsi="Arial" w:cs="Arial"/>
          <w:b w:val="0"/>
          <w:sz w:val="22"/>
          <w:rtl w:val="1"/>
          <w:szCs w:val="22"/>
        </w:rPr>
        <w:t>לא.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איפה לא כותבים סלנג? · </w:t>
      </w:r>
      <w:r>
        <w:rPr>
          <w:rFonts w:ascii="Arial" w:hAnsi="Arial" w:cs="Arial"/>
          <w:b w:val="0"/>
          <w:sz w:val="22"/>
          <w:rtl w:val="1"/>
          <w:szCs w:val="22"/>
        </w:rPr>
        <w:t>במכתב למנהלת / בעבודה.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חלק ג׳ – מה דעתי?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משפט עמדה · </w:t>
      </w:r>
      <w:r>
        <w:rPr>
          <w:rFonts w:ascii="Arial" w:hAnsi="Arial" w:cs="Arial"/>
          <w:b w:val="0"/>
          <w:sz w:val="22"/>
          <w:rtl w:val="1"/>
          <w:szCs w:val="22"/>
        </w:rPr>
        <w:t>מקבלים כל עמדה שיש בה ״לדעתי… כי…״ ודוגמה אחת מן הטקסט. אפשר לכתוב, לסמן או לומר בעל פה.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עבודה – 🗣️ אחי, זה מטורף: למה כל דור ממציא שפה משלו?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טקסט מידעי · כיתה ט׳ · מסלול חנ״מ – נוסח מותאם, אותיות גדולות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טקסט מידעי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🗣️ אחי, זה מטורף: למה כל דור ממציא שפה משלו?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סלנג הוא שפה לא רשמית של קבוצה. בעברית יש מילות סלנג מערבית, מאנגלית ומיידיש, כמו ״סבבה״.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בני נוער ממציאים סלנג כדי להרגיש שייכים, ושונים מההורים.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מילים חדשות נולדות מקיצורים, ממשמעות חדשה, משפות אחרות ומבדיחות של חברים.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בלשנים אומרים: הסלנג לא הורס את העברית. אבל צריך לדעת מתי להשתמש בו – לא במכתב למנהלת.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יש סלנג שפוגע באנשים. אפשר לבחור מילים שמחברות ולא פוגעות.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סלנג (עגה) – שפה לא רשמית של קבוצה מסוימת · נשאלו – נלקחו (מילים) משפה אחרת · שייכות – הרגשה של להיות חלק מקבוצה · בלשן – חוקר שפה · משלב – רמת לשון: גבוהה, רגילה או דיבורית · לעג – צחוק על מישהו כדי להקטין אותו · לזלזל – לא לכבד</w:t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E5A224"/>
          <w:left w:val="single" w:sz="6" w:color="E5A224"/>
          <w:bottom w:val="single" w:sz="6" w:color="E5A224"/>
          <w:right w:val="single" w:sz="6" w:color="E5A224"/>
          <w:insideH w:val="single" w:sz="6" w:color="E5A224"/>
          <w:insideV w:val="single" w:sz="6" w:color="E5A224"/>
        </w:tblBorders>
      </w:tblPr>
      <w:tblGrid>
        <w:gridCol w:w="10426"/>
      </w:tblGrid>
      <w:tr>
        <w:tc>
          <w:tcPr>
            <w:tcW w:type="dxa" w:w="10426"/>
            <w:shd w:val="clear" w:fill="FFFAF0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7"/>
                <w:rtl w:val="1"/>
                <w:szCs w:val="27"/>
                <w:bCs/>
              </w:rPr>
              <w:t xml:space="preserve">🧺 מחסן מילים:   </w:t>
            </w: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קבוצה     ערבית     שייכים     לא     מכתב     משלב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א׳: מוצאים בטקסט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מה זה סלנג?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מאיזו שפה הגיעה ״סבבה״?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3.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בני נוער ממציאים סלנג?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ב׳: מבינים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4.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המקור של המילה ״סבבה״ לפי הטקסט?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אנגלית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יידיש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ערבית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5.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בני נוער ממציאים סלנג?</w:t>
      </w:r>
      <w:r>
        <w:rPr>
          <w:rFonts w:ascii="Arial" w:hAnsi="Arial" w:cs="Arial"/>
          <w:b w:val="0"/>
          <w:color w:val="7A7392"/>
          <w:sz w:val="22"/>
          <w:rtl w:val="1"/>
          <w:szCs w:val="22"/>
        </w:rPr>
        <w:t xml:space="preserve">  (הקיפו תשובה אחת)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כדי לבלבל מורים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כי אינם יודעים עברית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כדי לסמן שייכות וזהות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6. </w:t>
      </w:r>
      <w:r>
        <w:rPr>
          <w:rFonts w:ascii="Arial" w:hAnsi="Arial" w:cs="Arial"/>
          <w:b/>
          <w:sz w:val="27"/>
          <w:rtl w:val="1"/>
          <w:szCs w:val="27"/>
          <w:bCs/>
        </w:rPr>
        <w:t>האם הסלנג הורס את העברית לפי הבלשנים?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7. </w:t>
      </w:r>
      <w:r>
        <w:rPr>
          <w:rFonts w:ascii="Arial" w:hAnsi="Arial" w:cs="Arial"/>
          <w:b/>
          <w:sz w:val="27"/>
          <w:rtl w:val="1"/>
          <w:szCs w:val="27"/>
          <w:bCs/>
        </w:rPr>
        <w:t>איפה לא כותבים סלנג?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ג׳: מה דעתי?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8. </w:t>
      </w:r>
      <w:r>
        <w:rPr>
          <w:rFonts w:ascii="Arial" w:hAnsi="Arial" w:cs="Arial"/>
          <w:b/>
          <w:sz w:val="27"/>
          <w:rtl w:val="1"/>
          <w:szCs w:val="27"/>
          <w:bCs/>
        </w:rPr>
        <w:t>מה דעתכם על הנושא של הטקסט ״אחי, זה מטורף: למה כל דור ממציא שפה משלו?״?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לדעתי 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כי 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דוגמה מהטקסט: 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אחי, זה מטורף: למה כל דור ממציא שפה משלו?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אחי, זה מטורף: למה כל דור ממציא שפה משלו?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